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36"/>
        </w:rPr>
        <w:t>MCS SQL Server 表结构说明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生成时间：2026-07-14 16:14:35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服务器：43.108.8.218:1433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登录账号：sa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说明：指定连接库 master 中无用户业务表，以下按实际业务库分别说明。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文档结构：先数据库 → 再逐表 → 每表写完其全部字段后，再写下一张表。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字段含义：优先使用库注释；无注释时按英文字段名转译，并标注（英文转译推测）。</w:t>
      </w:r>
    </w:p>
    <w:p>
      <w:pPr>
        <w:pStyle w:val="Heading1"/>
      </w:pPr>
      <w:r>
        <w:rPr>
          <w:rFonts w:ascii="黑体" w:hAnsi="黑体" w:eastAsia="黑体"/>
          <w:b/>
          <w:sz w:val="32"/>
        </w:rPr>
        <w:t>命名约定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前缀</w:t>
            </w:r>
          </w:p>
        </w:tc>
        <w:tc>
          <w:tcPr>
            <w:tcW w:type="dxa" w:w="4873"/>
          </w:tcPr>
          <w:p>
            <w:r>
              <w:t>含义</w:t>
            </w:r>
          </w:p>
        </w:tc>
      </w:tr>
      <w:tr>
        <w:tc>
          <w:tcPr>
            <w:tcW w:type="dxa" w:w="4873"/>
          </w:tcPr>
          <w:p>
            <w:r>
              <w:t>MESToMCS_</w:t>
            </w:r>
          </w:p>
        </w:tc>
        <w:tc>
          <w:tcPr>
            <w:tcW w:type="dxa" w:w="4873"/>
          </w:tcPr>
          <w:p>
            <w:r>
              <w:t>MES 下发给 MCS（上辅机）的数据表</w:t>
            </w:r>
          </w:p>
        </w:tc>
      </w:tr>
      <w:tr>
        <w:tc>
          <w:tcPr>
            <w:tcW w:type="dxa" w:w="4873"/>
          </w:tcPr>
          <w:p>
            <w:r>
              <w:t>MCSToMES_</w:t>
            </w:r>
          </w:p>
        </w:tc>
        <w:tc>
          <w:tcPr>
            <w:tcW w:type="dxa" w:w="4873"/>
          </w:tcPr>
          <w:p>
            <w:r>
              <w:t>MCS 回传给 MES 的数据表</w:t>
            </w:r>
          </w:p>
        </w:tc>
      </w:tr>
      <w:tr>
        <w:tc>
          <w:tcPr>
            <w:tcW w:type="dxa" w:w="4873"/>
          </w:tcPr>
          <w:p>
            <w:r>
              <w:t>IF_ / If_</w:t>
            </w:r>
          </w:p>
        </w:tc>
        <w:tc>
          <w:tcPr>
            <w:tcW w:type="dxa" w:w="4873"/>
          </w:tcPr>
          <w:p>
            <w:r>
              <w:t>外围/子系统接口交换表</w:t>
            </w:r>
          </w:p>
        </w:tc>
      </w:tr>
      <w:tr>
        <w:tc>
          <w:tcPr>
            <w:tcW w:type="dxa" w:w="4873"/>
          </w:tcPr>
          <w:p>
            <w:r>
              <w:t>Ppt*</w:t>
            </w:r>
          </w:p>
        </w:tc>
        <w:tc>
          <w:tcPr>
            <w:tcW w:type="dxa" w:w="4873"/>
          </w:tcPr>
          <w:p>
            <w:r>
              <w:t>开炼/挤出相关扫描或过程数据</w:t>
            </w:r>
          </w:p>
        </w:tc>
      </w:tr>
    </w:tbl>
    <w:p>
      <w:pPr>
        <w:pStyle w:val="Heading1"/>
      </w:pPr>
      <w:r>
        <w:rPr>
          <w:rFonts w:ascii="黑体" w:hAnsi="黑体" w:eastAsia="黑体"/>
          <w:b/>
          <w:sz w:val="32"/>
        </w:rPr>
        <w:t>1. 数据库：MESNAC_MCS_ShareDB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数据库名：MESNAC_MCS_ShareDB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用途：密炼/上辅机主中间库（密炼相关）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表数量：58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1.1 表：Application_Error_Log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表名：Application_Error_Log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表含义：应用错误日志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tablename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表名（英文转译推测）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用户名（英文转译推测）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errorSeverity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错误严重级别（英文转译推测）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errorMessage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错误信息（英文转译推测）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 表：IF_BarcodeLog2Mes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表名：IF_BarcodeLog2Mes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表含义：接口：条码日志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Scan_Bar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扫描Bar（英文转译推测）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 表：IF_BinState2MES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表名：IF_BinState2MES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表含义：接口：料仓状态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level_flag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级别标志（英文转译推测）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open_flag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open标志（英文转译推测）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 表：IF_EquipState2Mes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表名：IF_EquipState2Mes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表含义：接口：设备状态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Alarm_OccurTime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报警Occur时间（英文转译推测）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Alarm_ClearTime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报警Clear时间（英文转译推测）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Equip_AlarmTxt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设备报警txt（英文转译推测）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 表：IF_FeedMaterialInfo2CWSS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表名：IF_FeedMaterialInfo2CWSS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表含义：接口：供料信息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varchar(16)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Scan_Bar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扫描Bar（英文转译推测）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1.6 表：IF_LrAlarmLog2Mes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表名：IF_LrAlarmLog2Mes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表含义：接口：小料报警日志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Alarm_OccurTime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报警Occur时间（英文转译推测）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Alarm_ClearTime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报警Clear时间（英文转译推测）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Alarm_Status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1.7 表：If_Lrlot2Mes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表名：If_Lrlot2Mes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表含义：接口：小料批次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Waste_Time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Waste时间（英文转译推测）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WarnIng_Sgn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 Ing Sgn（英文转译推测）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净重（英文转译推测）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Group_BarCode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组条码（英文转译推测）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Lot_BarCode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BG_SetTemp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BGSet温度（英文转译推测）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BG_RealTemp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BGReal温度（英文转译推测）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BG_SetPress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 Set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BG_RealPress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 Real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BG_SetTime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BGSet时间（英文转译推测）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BG_RealTime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BGReal时间（英文转译推测）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BW_SetTemp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BWSet温度（英文转译推测）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BW_RealTemp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BWReal温度（英文转译推测）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BW_SetPress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 Set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BW_RealPress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 Real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BW_SetTime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BWSet时间（英文转译推测）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BW_RealTime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BWReal时间（英文转译推测）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1.8 表：IF_LrPlan2Mes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表含义：接口：小料计划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Weight_Man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重量Man（英文转译推测）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Plan_Batch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计划批次（英文转译推测）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1.9 表：IF_LrPlanGroup2MES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表名：IF_LrPlanGroup2MES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表含义：接口：小料计划组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总重量（英文转译推测）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合计错误（英文转译推测）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TrolleyBags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 Bags（英文转译推测）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Group_BarCode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组条码（英文转译推测）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1.10 表：IF_LrRecipe2Mes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表名：IF_LrRecipe2Mes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表含义：接口：小料配方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CPK_Error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CPK错误（英文转译推测）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Batch_number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Actual_Mater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Actual物料（英文转译推测）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1.11 表：IF_LrWeigh2Mes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表名：IF_LrWeigh2Mes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表含义：接口：小料称重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Warning_Sign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Warning Sign（英文转译推测）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Batch_Number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1.12 表：IF_MaterialBatchNumber2CWSS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表名：IF_MaterialBatchNumber2CWSS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表含义：接口：物料批次号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Batch_Number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Material_Specifica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物料Specifica（英文转译推测）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Qty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ProductDate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Product日期（英文转译推测）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ExpiryDate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Expiry日期（英文转译推测）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Unit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单位（英文转译推测）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ChukuId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varchar(60)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Chuku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1.13 表：IF_MESShift2CWSS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表名：IF_MESShift2CWSS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表含义：接口：MES班次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1.14 表：IF_PmtBin2CWSS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表名：IF_PmtBin2CWSS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表含义：接口：炭黑/粉料仓位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Bin_UseFlag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仓位使用标志（英文转译推测）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1.15 表：IF_PmtBin2MES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表名：IF_PmtBin2MES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表含义：接口：炭黑/粉料仓位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Bin_UseFlag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仓位使用标志（英文转译推测）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1.16 表：IF_PmtMaterial2CWSS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表名：IF_PmtMaterial2CWSS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表含义：接口：炭黑/粉料物料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1.17 表：IF_PmtRecipe2CWSS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表名：IF_PmtRecipe2CWSS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表含义：接口：炭黑/粉料配方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Recipe_Verify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配方版本ify（英文转译推测）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numeric(12,4)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总重量（英文转译推测）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numeric(12,4)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合计错误（英文转译推测）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GroupBags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组Bags（英文转译推测）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Validity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Validity（英文转译推测）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BagWeight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Bag重量（英文转译推测）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1.18 表：IF_Pmtweigh2CWSS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表名：IF_Pmtweigh2CWSS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表含义：接口：炭黑/粉料称重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1.19 表：IF_RtPlan2CWSS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表名：IF_RtPlan2CWSS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表含义：接口：生胶计划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Plan_Batch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计划批次（英文转译推测）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1.20 表：IF_RtPlan2Mes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表名：IF_RtPlan2Mes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表含义：接口：生胶计划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Plan_Batch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计划批次（英文转译推测）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Weight_Man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重量Man（英文转译推测）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Stock_Man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Stock Man（英文转译推测）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1.21 表：MCCToMES_PptBarScan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表名：MCCToMES_PptBarScan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表含义：MCC-&gt;MES：挤出/开炼条码扫描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PlanSet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PlanComplete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计划完成（英文转译推测）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ScaleComplete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秤完成（英文转译推测）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PlanShift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计划班次（英文转译推测）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BarScanResult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Bar扫描结果（英文转译推测）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Flg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Flg（英文转译推测）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1.22 表：MCSToMES_Act_Mill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表名：MCSToMES_Act_Mill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表含义：MCS-&gt;MES：开炼机动作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act_addr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动作addr（英文转译推测）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act_name_en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动作名称en（英文转译推测）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act_memo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act_Repaddr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动作Repaddr（英文转译推测）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1.23 表：MCSToMES_BinToMater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表名：MCSToMES_BinToMater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表含义：MCS-&gt;MES：仓位与物料对应关系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字段数量：14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秤Class（英文转译推测）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UseYN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 YN（英文转译推测）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1.24 表：MCSToMES_CurrEquipState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表名：MCSToMES_CurrEquipState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表含义：MCS-&gt;MES：当前设备状态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decimal(10,3)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密炼功率（英文转译推测）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MixEngery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密炼Engery（英文转译推测）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1.25 表：MCSToMES_CurrVarData_Convey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表名：MCSToMES_CurrVarData_Convey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表含义：MCS-&gt;MES：输送线过程变量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DataName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数据名称（英文转译推测）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DataValue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数据数值（英文转译推测）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CreateTime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创建时间（英文转译推测）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更新时间（英文转译推测）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MES读取时间（英文转译推测）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1.26 表：MCSToMES_MixAct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表名：MCSToMES_MixAct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表含义：MCS-&gt;MES：密炼动作记录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MixActAddress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MixActName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1.27 表：MCSToMES_MixAlarm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表名：MCSToMES_MixAlarm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表含义：MCS-&gt;MES：密炼报警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AlmCode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varchar(6)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AlarmInf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报警内容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1.28 表：MCSToMES_MixBatch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表名：MCSToMES_MixBatch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表含义：MCS-&gt;MES：密炼批次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字段数量：41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计划编号+车次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保存日期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保存时间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班次；1:Night 2: Morning 3:Noon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班组；1:A 2:B 3:C 4:D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当前车次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密炼模式1：遥控自动；2：遥控手动；3：本控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BatchCycleTim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密炼循环时间（预留）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CurTim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预留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UsefulMixTim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有效时间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间隔时间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排胶功率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EmgyDiscFlag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排胶方式；0：正常；1：超时；2：超温；3：超能量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TCU1Temp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三区温度1（预留）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TCU2Temp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三区温度2（预留）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TCU3Temp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三区温度3（预留）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TCU4Temp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三区温度4（预留）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批次Wei（英文转译推测）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Mo编码（英文转译推测）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1.29 表：MCSToMES_MixCon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表名：MCSToMES_MixCon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表含义：MCS-&gt;MES：密炼消耗/配料明细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MixConAddress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密炼ConAddress（英文转译推测）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MixConName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密炼Con名称（英文转译推测）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1.30 表：MCSToMES_MixCurve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表名：MCSToMES_MixCurve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表含义：MCS-&gt;MES：密炼曲线数据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CurveData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ntext(1073741823)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Curve数据（英文转译推测）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1.31 表：MCSToMES_mixdata_Mill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表名：MCSToMES_mixdata_Mill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表含义：MCS-&gt;MES：开炼机混炼数据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字段数量：14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StepActAddress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步骤动作Address（英文转译推测）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StepMixTime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步骤密炼时间（英文转译推测）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StepMixCoolSpeed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步骤密炼Cool速度（英文转译推测）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StepOpenMixSpeed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步骤Open密炼速度（英文转译推测）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StepRollor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步骤Rollor（英文转译推测）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StepWaterTemp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步骤Water温度（英文转译推测）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StepRubTemp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步骤Rub温度（英文转译推测）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步骤功率（英文转译推测）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WaterIn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 In（英文转译推测）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备注s（英文转译推测）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1.32 表：MCSToMES_MixExePlan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表名：MCSToMES_MixExePlan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表含义：MCS-&gt;MES：密炼执行计划回传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PlanSource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计划来源（英文转译推测）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机台类型CWS:小料;MCS:上辅机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班次1:Night 2: Morning 3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班组1:A 2:B 3:C 4:D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WorkOrder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计划顺序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DoneNum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完成车次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计划状态2：运行；4终止；5：完成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PlanStateChange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计划状态有变化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交互标识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UploadRunFlag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UploadRun标志（英文转译推测）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1.33 表：MCSToMES_MixStep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表含义：MCS-&gt;MES：密炼步骤执行记录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字段数量：35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保存时间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密炼步序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条件地址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条件名称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设定时间（预留）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时间保护（预留）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设定温度（预留）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温度实际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设定功率（预留）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实际功率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设定能量（预留）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能量保护（预留）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设定压力（预留）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RamPressAct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转速设定（预留）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RotorSpdAct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栓位置设定（预留）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实际栓位置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辊距设定（预留）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实际辊距（预留）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CtrlMode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Ctrl模式（英文转译推测）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1.34 表：MCSToMES_MixWeight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表含义：MCS-&gt;MES：密炼称重记录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存储时间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秤编号101：炭黑秤1；102：炭黑秤2；103：炭黑秤3；201：油料秤1；202：油料秤2；203：油料秤3</w:t>
              <w:br/>
              <w:br/>
              <w:t>301：胶料秤1；302：胶料秤2；401：小料秤1；402：小料秤2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Idx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序号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第几批称量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步骤模式（英文转译推测）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计划设定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1.35 表：MCSToMES_MixWeiRelate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表名：MCSToMES_MixWeiRelate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表含义：MCS-&gt;MES：称重关联关系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供料Tim（英文转译推测）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1.36 表：MCSToMES_Ppt_Log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表名：MCSToMES_Ppt_Log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表含义：MCS-&gt;MES：开炼/挤出日志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OperDest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 Dest（英文转译推测）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OccurrenTime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Occurren时间（英文转译推测）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1.37 表：MCSToMES_Ppt_Shutdown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表名：MCSToMES_Ppt_Shutdown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表含义：MCS-&gt;MES：停机记录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ShutdownType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停机类型（英文转译推测）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StopTimeSecond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Stop时间Second（英文转译推测）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Memo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Auto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自动（英文转译推测）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1.38 表：MCSToMES_PptShiftConfig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表名：MCSToMES_PptShiftConfig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表含义：MCS-&gt;MES：开炼班次配置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ClassID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Class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BarcodeStart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条码开始（英文转译推测）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BarcodeEnd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条码结束（英文转译推测）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总重量（英文转译推测）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Set_ShelfNum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Shelf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1.39 表：MCSToMES_RBWeight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表名：MCSToMES_RBWeight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表含义：MCS-&gt;MES：生胶称重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秤编号101：炭黑秤1；102：炭黑秤2；103：炭黑秤3；201：油料秤1；202：油料秤2；203：油料秤3</w:t>
              <w:br/>
              <w:br/>
              <w:t>301：胶料秤1；302：胶料秤2；401：小料秤1；402：小料秤2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计划设定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1.40 表：MCSToMES_RepBatchoff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表名：MCSToMES_RepBatchoff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表含义：MCS-&gt;MES：排出/落盘回报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字段数量：30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RFIDCode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RFIDCode（英文转译推测）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BOEquipName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BOEquip名称（英文转译推测）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MinSaveTime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MaxSaveTime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ReRubberPersion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Persion（英文转译推测）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RubberTrayState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RubberTray状态（英文转译推测）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ReStartTime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Re开始时间（英文转译推测）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TrayCount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Tray数量（英文转译推测）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MDErrorCount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MDError数量（英文转译推测）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Re1Length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1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Re2Length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2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Re3Length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3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Re4Length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4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Re5Length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5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1.41 表：MCSToMES_Scale_Calibration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表名：MCSToMES_Scale_Calibration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表含义：MCS-&gt;MES：秤标定记录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秤Class（英文转译推测）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1.42 表：MesDownVerificationStatusTab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表名：MesDownVerificationStatusTab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表含义：MES下传校验状态表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nvarchar(60)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唯一标识（英文转译推测）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bigint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DeviceId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Device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PositionId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1小料 2胶料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Status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0通过 1不通过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UpdateFlag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MES写1,MCC获取后写9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MES日期时间（英文转译推测）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CSWDateTime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CSWDate时间（英文转译推测）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nvarchar(60)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nvarchar(60)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nvarchar(60)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备注2（英文转译推测）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1.43 表：MESToMCS_BarCodeInfo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表名：MESToMCS_BarCodeInfo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表含义：MES-&gt;MCS：条码信息下发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varchar(64)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MatCategory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Category（英文转译推测）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MatSubcategory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Subcategory（英文转译推测）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MatAmount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Amount（英文转译推测）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IsOutStore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 Out Store（英文转译推测）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1.44 表：MESToMCS_Material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表名：MESToMCS_Material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表含义：MES-&gt;MCS：物料主数据下发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机台类型，CWS:小料;MCS:上辅机;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物料条码扫描判断信息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物料类别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胶料类别,0:胶块；1：胶片；2：胶粒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CWSID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小料设备号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交互标识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UseBar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 Bar（英文转译推测）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1.45 表：MESToMCS_MatSendInf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表名：MESToMCS_MatSendInf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表含义：MES-&gt;MCS：物料发送信息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OrderID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订单ID（英文转译推测）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MatKey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Mat键（英文转译推测）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Result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CWSID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CWSID（英文转译推测）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1.46 表：MESToMCS_MixPlan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表名：MESToMCS_MixPlan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表含义：MES-&gt;MCS：密炼计划下发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PlanSource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计划来源（英文转译推测）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班次1:Night 2: Morning 3:Noon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班组1:A 2:B 3:C 4:D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WorkOrder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计划顺序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配方版本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ProType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配方类型1:正式 2:试验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DoneNum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完成车次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MESPlanChange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MES计划变化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MCSUpdateTime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MCS更新时间（英文转译推测）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MCSPlanChange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MCSPlan Change（英文转译推测）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MESUPdateTime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MES更新时间（英文转译推测）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TR状态（英文转译推测）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1.47 表：MESToMCS_Recipe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表含义：MES-&gt;MCS：配方主数据下发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字段数量：49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机台类型；CWS:小料;MCS:上辅机;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配方版本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ProType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配方类型；1:正式 2:试验 3:批量试验 4:1段母炼 5: 2段母炼6：终炼胶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IsUse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使用状态1:使用  0:停用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配方总重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Dust1RecycleMode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回收方式1；0：不回收；1：时间回收；2：重量回收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Dust1RecycleVal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回收参数1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Dust2RecycleMode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回收方式2；0：不回收；1：时间回收；2：重量回收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Dust2RecycleVal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回收参数1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SetOverTempMinTimVal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超温排胶最短时间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超时排胶时间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超温排胶温度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SetOverEnergyVal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超能排胶能量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FeedLowTempLimit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进胶最低温度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FeedHighTempLimit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进胶最高温度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FeedRotorSetSpd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FeedRotorSetTol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最小间隔时间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混炼室温度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转子温度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卸料门温度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时间保护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ShelfLotCount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Shelf批次数量（英文转译推测）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AbnormalFeedBack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Abnormal供料Back（英文转译推测）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Three温度2（英文转译推测）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Three温度3（英文转译推测）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Three温度4（英文转译推测）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RepVersionTxt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Rep版本Txt（英文转译推测）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ReRubber重量（英文转译推测）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1.48 表：MESToMCS_Recipe_BatchOff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表含义：MES-&gt;MCS：配方排出参数下发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ReRubberHeight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Height（英文转译推测）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RubberMWeight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 MWeight（英文转译推测）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ReRubberLimitTemp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ReRubberLimit温度（英文转译推测）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ReRubberLead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Lead（英文转译推测）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MinSaveTime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MaxSaveTime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HangRubberHeight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Hang Rubber Height（英文转译推测）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Pos（英文转译推测）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1.49 表：MESToMCS_Recipe_Delete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表名：MESToMCS_Recipe_Delete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表含义：MES-&gt;MCS：配方删除指令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机台类型;CWS:小料;MCS:上辅机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配方(物料)代码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配方(物料)版本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操作人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1.50 表：MESToMCS_Recipe_MillStep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表名：MESToMCS_Recipe_MillStep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表含义：MES-&gt;MCS：配方开炼步骤下发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MillAction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开炼动作（英文转译推测）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ActName_EN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动作名称en（英文转译推测）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CoolDeviceSpeed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CoolDevice速度（英文转译推测）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 Gap（英文转译推测）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WaterTemper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 Temper（英文转译推测）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RubTemper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 Temper（英文转译推测）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SpeedRatio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速度Ratio（英文转译推测）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 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 2（英文转译推测）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1.51 表：MESToMCS_Recipe_MixDown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表名：MESToMCS_Recipe_MixDown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表含义：MES-&gt;MCS：配方混炼下传数据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SetOverTempMinTimVal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SetOver温度最小TimVal（英文转译推测）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Over Tim 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SetOver温度Val（英文转译推测）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SetOverEnergyVal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SetOver能耗Val（英文转译推测）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FeedLowTempLimit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供料Low温度Limit（英文转译推测）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FeedHighTempLimit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供料High温度Limit（英文转译推测）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 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2（英文转译推测）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3（英文转译推测）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4（英文转译推测）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5（英文转译推测）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Ctc最大Spd（英文转译推测）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Ctc最小Spd（英文转译推测）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Ctc最大Press（英文转译推测）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Ctc最小Press（英文转译推测）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 Limit 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LastOper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Last Oper（英文转译推测）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1.52 表：MESToMCS_Recipe_MixStep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表含义：MES-&gt;MCS：配方密炼步骤下发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密炼步序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条件地址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TimeLimit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时间保护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能量保护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辊距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栓位置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AbnormalFeedBack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Abnormal供料Back（英文转译推测）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1.53 表：MESToMCS_Recipe_MixStep_Down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表名：MESToMCS_Recipe_MixStep_Down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表含义：MES-&gt;MCS：配方密炼步骤下传明细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 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能耗Limit（英文转译推测）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 Spd（英文转译推测）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 Gap（英文转译推测）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 Pos（英文转译推测）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Torque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Torque（英文转译推测）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1.54 表：MESToMCS_Recipe_Weight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表含义：MES-&gt;MCS：配方称重物料明细下发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秤类型1:炭黑 2:油料 3:胶料 4:小料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秤编号，101：炭黑秤1；102：炭黑秤2；103：炭黑秤3</w:t>
              <w:br/>
              <w:br/>
              <w:t xml:space="preserve">   201：油料秤1；202：油料秤2；203：油料秤3；301：胶料秤1；302：胶料秤2；401：小料秤1；402：小料秤2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称量步序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动作；1:称量 2:称到 3:卸料，默认值0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Tolerance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SFNum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导切机编号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炭黑、油料、胶料、小料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AbnormalFeedBack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Abnormal供料Back（英文转译推测）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SetDnTol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SetDn容差（英文转译推测）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1.55 表：MESToMCS_Verify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表名：MESToMCS_Verify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表含义：MES-&gt;MCS：校验/核对数据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Judge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判断结果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1.56 表：PptScanBarcode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表名：PptScanBarcode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表含义：条码扫描当前表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QueueIndex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Queue索引（英文转译推测）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IsUsed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 Used（英文转译推测）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扫描日期时间（英文转译推测）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1.57 表：PptScanBarcodeHis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表名：PptScanBarcodeHis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表含义：条码扫描历史表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ObjId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Obj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QueueIndex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Queue索引（英文转译推测）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IsUsed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 Used（英文转译推测）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扫描日期时间（英文转译推测）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UpdateDateTime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更新日期时间（英文转译推测）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1.58 表：PptScanBarcodeLog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表名：PptScanBarcodeLog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表含义：条码扫描日志表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(getdate())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msg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msg（英文转译推测）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用户编码（英文转译推测）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ScanLogSignal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扫描日志Signal（英文转译推测）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ScanUsedBarMsg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扫描UsedBarMsg（英文转译推测）</w:t>
            </w:r>
          </w:p>
        </w:tc>
      </w:tr>
    </w:tbl>
    <w:p/>
    <w:p>
      <w:pPr>
        <w:pStyle w:val="Heading1"/>
      </w:pPr>
      <w:r>
        <w:rPr>
          <w:rFonts w:ascii="黑体" w:hAnsi="黑体" w:eastAsia="黑体"/>
          <w:b/>
          <w:sz w:val="32"/>
        </w:rPr>
        <w:t>2. 数据库：MESNAC_MCS_ShareDB_XL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数据库名：MESNAC_MCS_ShareDB_XL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用途：小料（XL）相关中间库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表数量：54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2.1 表：Application_Error_Log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表名：Application_Error_Log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表含义：应用错误日志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tablename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表名（英文转译推测）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用户名（英文转译推测）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errorSeverity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错误严重级别（英文转译推测）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errorMessage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错误信息（英文转译推测）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 表：IF_BarcodeLog2Mes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表名：IF_BarcodeLog2Mes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表含义：接口：条码日志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bigint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Scan_Bar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扫描Bar（英文转译推测）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 表：IF_BinState2MES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表名：IF_BinState2MES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表含义：接口：料仓状态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level_flag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级别标志（英文转译推测）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open_flag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open标志（英文转译推测）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 表：IF_EquipState2Mes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表名：IF_EquipState2Mes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表含义：接口：设备状态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Alarm_OccurTime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报警Occur时间（英文转译推测）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Alarm_ClearTime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报警Clear时间（英文转译推测）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Equip_AlarmTxt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设备报警txt（英文转译推测）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2.5 表：IF_FeedMaterialInfo2CWSS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表名：IF_FeedMaterialInfo2CWSS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表含义：接口：供料信息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varchar(16)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Scan_Bar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扫描Bar（英文转译推测）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2.6 表：IF_LrAlarmLog2Mes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表名：IF_LrAlarmLog2Mes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表含义：接口：小料报警日志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Alarm_OccurTime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报警Occur时间（英文转译推测）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Alarm_ClearTime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报警Clear时间（英文转译推测）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Alarm_Status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Alarm_Level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报警级别（英文转译推测）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Alarm_Cn_Info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报警Cn信息（英文转译推测）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2.7 表：If_Lrlot2Mes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表名：If_Lrlot2Mes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表含义：接口：小料批次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Waste_Time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Waste时间（英文转译推测）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WarnIng_Sgn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 Ing Sgn（英文转译推测）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净重（英文转译推测）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Group_BarCode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组条码（英文转译推测）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Lot_BarCode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BG_SetTemp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BGSet温度（英文转译推测）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BG_RealTemp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BGReal温度（英文转译推测）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BG_SetPress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 Set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BG_RealPress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 Real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BG_SetTime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BGSet时间（英文转译推测）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BG_RealTime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BGReal时间（英文转译推测）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BW_SetTemp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BWSet温度（英文转译推测）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BW_RealTemp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BWReal温度（英文转译推测）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BW_SetPress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 Set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BW_RealPress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 Real 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BW_SetTime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BWSet时间（英文转译推测）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BW_RealTime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BWReal时间（英文转译推测）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2.8 表：IF_LrPlan2Mes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表含义：接口：小料计划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Weight_Man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重量Man（英文转译推测）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Plan_Batch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计划批次（英文转译推测）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2.9 表：IF_LrPlanGroup2MES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表名：IF_LrPlanGroup2MES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表含义：接口：小料计划组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总重量（英文转译推测）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合计错误（英文转译推测）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TrolleyBags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 Bags（英文转译推测）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Trolley编号（英文转译推测）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Prd日期（英文转译推测）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Group_BarCode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组条码（英文转译推测）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2.10 表：IF_LrRecipe2Mes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表名：IF_LrRecipe2Mes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表含义：接口：小料配方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CPK_Error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CPK错误（英文转译推测）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Batch_number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Actual_Mater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Actual物料（英文转译推测）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2.11 表：IF_LrWeigh2Mes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表名：IF_LrWeigh2Mes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表含义：接口：小料称重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Warning_Sign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Warning Sign（英文转译推测）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Batch_Number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2.12 表：IF_MESShift2CWSS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表名：IF_MESShift2CWSS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表含义：接口：MES班次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2.13 表：IF_PmtBin2CWSS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表名：IF_PmtBin2CWSS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表含义：接口：炭黑/粉料仓位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Bin_UseFlag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仓位使用标志（英文转译推测）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2.14 表：IF_PmtBin2MES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表名：IF_PmtBin2MES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表含义：接口：炭黑/粉料仓位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Bin_UseFlag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仓位使用标志（英文转译推测）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2.15 表：IF_PmtMaterial2CWSS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表名：IF_PmtMaterial2CWSS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表含义：接口：炭黑/粉料物料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2.16 表：IF_PmtRecipe2CWSS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表名：IF_PmtRecipe2CWSS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表含义：接口：炭黑/粉料配方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Recipe_Verify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配方版本ify（英文转译推测）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numeric(12,4)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总重量（英文转译推测）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numeric(12,4)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合计错误（英文转译推测）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GroupBags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组Bags（英文转译推测）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Validity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Validity（英文转译推测）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BagWeight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Bag重量（英文转译推测）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2.17 表：IF_Pmtweigh2CWSS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表名：IF_Pmtweigh2CWSS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表含义：接口：炭黑/粉料称重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2.18 表：IF_RtPlan2CWSS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表名：IF_RtPlan2CWSS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表含义：接口：生胶计划 -&gt; CWSS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Plan_Batch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计划批次（英文转译推测）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2.19 表：IF_RtPlan2Mes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表名：IF_RtPlan2Mes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表含义：接口：生胶计划 -&gt; MES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Mixer_Line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Mixer行（英文转译推测）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real_num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Plan_Batch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计划批次（英文转译推测）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Plan_Date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Read_Time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Weight_Man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重量Man（英文转译推测）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Stock_Man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Stock Man（英文转译推测）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2.20 表：MCSToMES_Act_Mill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表名：MCSToMES_Act_Mill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表含义：MCS-&gt;MES：开炼机动作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act_addr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动作addr（英文转译推测）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act_name_en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动作名称en（英文转译推测）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act_memo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act_Repaddr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动作Repaddr（英文转译推测）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2.21 表：MCSToMES_BinToMater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表名：MCSToMES_BinToMater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表含义：MCS-&gt;MES：仓位与物料对应关系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字段数量：14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秤Class（英文转译推测）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UseYN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 YN（英文转译推测）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2.22 表：MCSToMES_CurrEquipState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表名：MCSToMES_CurrEquipState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表含义：MCS-&gt;MES：当前设备状态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decimal(10,3)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密炼功率（英文转译推测）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MixEngery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密炼Engery（英文转译推测）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2.23 表：MCSToMES_CurrVarData_Convey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表名：MCSToMES_CurrVarData_Convey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表含义：MCS-&gt;MES：输送线过程变量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DataName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数据名称（英文转译推测）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DataValue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数据数值（英文转译推测）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CreateTime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创建时间（英文转译推测）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更新时间（英文转译推测）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MES读取时间（英文转译推测）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2.24 表：MCSToMES_MixAct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表名：MCSToMES_MixAct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表含义：MCS-&gt;MES：密炼动作记录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MixActAddress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MixActName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2.25 表：MCSToMES_MixAlarm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表名：MCSToMES_MixAlarm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表含义：MCS-&gt;MES：密炼报警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varchar(19)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AlmCode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varchar(6)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AlarmInf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报警内容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2.26 表：MCSToMES_MixBatch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表名：MCSToMES_MixBatch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表含义：MCS-&gt;MES：密炼批次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字段数量：41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计划编号+车次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保存日期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保存时间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班次；1:Night 2: Morning 3:Noon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班组；1:A 2:B 3:C 4:D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当前车次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密炼模式1：遥控自动；2：遥控手动；3：本控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BatchCycleTim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密炼循环时间（预留）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CurTim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预留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UsefulMixTim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有效时间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间隔时间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DiscPower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排胶功率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EmgyDiscFlag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排胶方式；0：正常；1：超时；2：超温；3：超能量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TCU1Temp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三区温度1（预留）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TCU2Temp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三区温度2（预留）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TCU3Temp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三区温度3（预留）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TCU4Temp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三区温度4（预留）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TCUTemp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三区温度（预留）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批次Wei（英文转译推测）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Mo编码（英文转译推测）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2.27 表：MCSToMES_MixCon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表名：MCSToMES_MixCon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表含义：MCS-&gt;MES：密炼消耗/配料明细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MixConAddress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密炼ConAddress（英文转译推测）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MixConName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密炼Con名称（英文转译推测）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RW标志（英文转译推测）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2.28 表：MCSToMES_MixCurve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表名：MCSToMES_MixCurve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表含义：MCS-&gt;MES：密炼曲线数据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CurveData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ntext(1073741823)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Curve数据（英文转译推测）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2.29 表：MCSToMES_mixdata_Mill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表名：MCSToMES_mixdata_Mill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表含义：MCS-&gt;MES：开炼机混炼数据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字段数量：14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Serial_id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Equip_code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StepActAddress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步骤动作Address（英文转译推测）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StepMixTime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步骤密炼时间（英文转译推测）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StepMixCoolSpeed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步骤密炼Cool速度（英文转译推测）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StepOpenMixSpeed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步骤Open密炼速度（英文转译推测）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StepRollor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步骤Rollor（英文转译推测）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StepWaterTemp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步骤Water温度（英文转译推测）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StepRubTemp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步骤Rub温度（英文转译推测）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步骤功率（英文转译推测）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WaterIn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 In（英文转译推测）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备注s（英文转译推测）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2.30 表：MCSToMES_MixExePlan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表名：MCSToMES_MixExePlan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表含义：MCS-&gt;MES：密炼执行计划回传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PlanSource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计划来源（英文转译推测）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机台类型CWS:小料;MCS:上辅机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班次1:Night 2: Morning 3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班组1:A 2:B 3:C 4:D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WorkOrder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计划顺序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DoneNum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完成车次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计划状态2：运行；4终止；5：完成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PlanStateChange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计划状态有变化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交互标识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UploadRunFlag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UploadRun标志（英文转译推测）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2.31 表：MCSToMES_MixStep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表含义：MCS-&gt;MES：密炼步骤执行记录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字段数量：35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保存时间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密炼步序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条件地址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条件名称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设定时间（预留）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时间保护（预留）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设定温度（预留）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温度实际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设定功率（预留）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实际功率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设定能量（预留）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EnergyProtect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能量保护（预留）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设定压力（预留）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RamPressAct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转速设定（预留）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RotorSpdAct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栓位置设定（预留）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实际栓位置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辊距设定（预留）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实际辊距（预留）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CtrlMode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Ctrl模式（英文转译推测）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2.32 表：MCSToMES_MixWeight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表含义：MCS-&gt;MES：密炼称重记录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存储时间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秤编号101：炭黑秤1；102：炭黑秤2；103：炭黑秤3；201：油料秤1；202：油料秤2；203：油料秤3</w:t>
              <w:br/>
              <w:br/>
              <w:t>301：胶料秤1；302：胶料秤2；401：小料秤1；402：小料秤2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Idx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序号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第几批称量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ActWei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步骤模式（英文转译推测）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计划设定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2.33 表：MCSToMES_MixWeiRelate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表名：MCSToMES_MixWeiRelate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表含义：MCS-&gt;MES：称重关联关系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BatchNum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批次Num（英文转译推测）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供料Tim（英文转译推测）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2.34 表：MCSToMES_Ppt_Log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表名：MCSToMES_Ppt_Log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表含义：MCS-&gt;MES：开炼/挤出日志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OperDest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Oper Dest（英文转译推测）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OccurrenTime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Occurren时间（英文转译推测）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2.35 表：MCSToMES_Ppt_Shutdown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表名：MCSToMES_Ppt_Shutdown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表含义：MCS-&gt;MES：停机记录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ShutdownType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停机类型（英文转译推测）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StopTimeSecond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Stop时间Second（英文转译推测）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Memo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Auto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自动（英文转译推测）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2.36 表：MCSToMES_PptShiftConfig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表名：MCSToMES_PptShiftConfig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表含义：MCS-&gt;MES：开炼班次配置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ClassID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Class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BarcodeStart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条码开始（英文转译推测）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BarcodeEnd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条码结束（英文转译推测）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TotalWeight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总重量（英文转译推测）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实际重量（英文转译推测）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Set_ShelfNum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Shelf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 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2.37 表：MCSToMES_RepBatchoff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表名：MCSToMES_RepBatchoff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表含义：MCS-&gt;MES：排出/落盘回报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字段数量：30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RFIDCode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RFIDCode（英文转译推测）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BOEquipName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BOEquip名称（英文转译推测）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MinSaveTime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MaxSaveTime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ReRubberPersion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Persion（英文转译推测）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RubberTrayState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RubberTray状态（英文转译推测）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ReStartTime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Re开始时间（英文转译推测）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ReEndTime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Re结束时间（英文转译推测）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TrayCount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Tray数量（英文转译推测）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StartSerial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开始Serial（英文转译推测）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EndSerial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结束Serial（英文转译推测）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ReRubberError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ReRubber错误（英文转译推测）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MDErrorCount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MDError数量（英文转译推测）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Re1Length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1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Re2Length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2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Re3Length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3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Re4Length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4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Re5Length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5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2.38 表：MCSToMES_Scale_Calibration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表名：MCSToMES_Scale_Calibration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表含义：MCS-&gt;MES：秤标定记录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秤Num（英文转译推测）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秤Class（英文转译推测）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ErrValue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Err数值（英文转译推测）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Real时间（英文转译推测）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2.39 表：MESToMCS_BarCodeInfo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表名：MESToMCS_BarCodeInfo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表含义：MES-&gt;MCS：条码信息下发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varchar(64)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MatCategory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Category（英文转译推测）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MatSubcategory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Subcategory（英文转译推测）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MatAmount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Amount（英文转译推测）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IsOutStore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 Out Store（英文转译推测）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2.40 表：MESToMCS_Material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表名：MESToMCS_Material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表含义：MES-&gt;MCS：物料主数据下发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机台类型，CWS:小料;MCS:上辅机;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物料条码扫描判断信息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物料类别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胶料类别,0:胶块；1：胶片；2：胶粒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CWSID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小料设备号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交互标识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UseBar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 Bar（英文转译推测）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2.41 表：MESToMCS_MatSendInf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表名：MESToMCS_MatSendInf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表含义：MES-&gt;MCS：物料发送信息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字段数量：20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OrderID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订单ID（英文转译推测）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MatKey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Mat键（英文转译推测）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Result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结果（英文转译推测）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MatRub类型（英文转译推测）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CWSID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CWSID（英文转译推测）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2.42 表：MESToMCS_MixPlan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表名：MESToMCS_MixPlan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表含义：MES-&gt;MCS：密炼计划下发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PlanSource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计划来源（英文转译推测）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PlanDate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计划日期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班次1:Night 2: Morning 3:Noon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班组1:A 2:B 3:C 4:D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WorkOrder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计划顺序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MOCode（英文转译推测）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配方版本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ProType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配方类型1:正式 2:试验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DoneNum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完成车次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计划状态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MESPlanChange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MES计划变化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MCSUpdateTime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MCS更新时间（英文转译推测）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MCSPlanChange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MCSPlan Change（英文转译推测）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MESUPdateTime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MES更新时间（英文转译推测）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TR_STATE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TR状态（英文转译推测）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2.43 表：MESToMCS_Recipe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表含义：MES-&gt;MCS：配方主数据下发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字段数量：49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机台类型；CWS:小料;MCS:上辅机;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配方版本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ProType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配方类型；1:正式 2:试验 3:批量试验 4:1段母炼 5: 2段母炼6：终炼胶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IsUse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使用状态1:使用  0:停用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配方总重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Dust1RecycleMode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回收方式1；0：不回收；1：时间回收；2：重量回收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Dust1RecycleVal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回收参数1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Dust2RecycleMode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回收方式2；0：不回收；1：时间回收；2：重量回收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Dust2RecycleVal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回收参数1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SetOverTempMinTimVal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超温排胶最短时间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超时排胶时间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超温排胶温度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SetOverEnergyVal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超能排胶能量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FeedLowTempLimit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进胶最低温度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FeedHighTempLimit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进胶最高温度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FeedRotorSetSpd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FeedRotorSetTol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最小间隔时间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混炼室温度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转子温度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卸料门温度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备用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时间保护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ShelfLotCount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Shelf批次数量（英文转译推测）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AbnormalFeedBack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Abnormal供料Back（英文转译推测）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Three温度2（英文转译推测）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Three温度3（英文转译推测）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ThreeTemp4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Three温度4（英文转译推测）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RepVersionTxt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Rep版本Txt（英文转译推测）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numeric(18,3)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Dis温度（英文转译推测）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2.44 表：MESToMCS_Recipe_BatchOff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表名：MESToMCS_Recipe_BatchOff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表含义：MES-&gt;MCS：配方排出参数下发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字段数量：27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ReRubberHeight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Height（英文转译推测）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RubberMWeight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Rubber MWeight（英文转译推测）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ReRubberLimitTemp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ReRubberLimit温度（英文转译推测）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ReRubberLead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Lead（英文转译推测）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MinSaveTime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最小Save时间（英文转译推测）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MaxSaveTime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最大Save时间（英文转译推测）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PerWeight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Per重量（英文转译推测）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SampleLength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 Length（英文转译推测）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SampleCount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Sample数量（英文转译推测）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HangRubberHeight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Hang Rubber Height（英文转译推测）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ReRubberPos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 Rubber Pos（英文转译推测）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2.45 表：MESToMCS_Recipe_Delete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表名：MESToMCS_Recipe_Delete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表含义：MES-&gt;MCS：配方删除指令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机台类型;CWS:小料;MCS:上辅机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配方(物料)代码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配方(物料)版本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操作人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2.46 表：MESToMCS_Recipe_MillStep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表名：MESToMCS_Recipe_MillStep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表含义：MES-&gt;MCS：配方开炼步骤下发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StepID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步骤ID（英文转译推测）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MillAction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开炼动作（英文转译推测）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ActName_EN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动作名称en（英文转译推测）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MillSpeed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开炼速度（英文转译推测）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CoolDeviceSpeed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CoolDevice速度（英文转译推测）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 Gap（英文转译推测）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WaterTemper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Water Temper（英文转译推测）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RubTemper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 Temper（英文转译推测）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SpeedRatio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速度Ratio（英文转译推测）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 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Spare 2（英文转译推测）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2.47 表：MESToMCS_Recipe_MixDown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表名：MESToMCS_Recipe_MixDown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表含义：MES-&gt;MCS：配方混炼下传数据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字段数量：28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SetOverTempMinTimVal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SetOver温度最小TimVal（英文转译推测）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SetOverTimVal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Over Tim 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SetOverTempVal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SetOver温度Val（英文转译推测）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SetOverEnergyVal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SetOver能耗Val（英文转译推测）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FeedLowTempLimit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供料Low温度Limit（英文转译推测）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FeedHighTempLimit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供料High温度Limit（英文转译推测）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Interval 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1（英文转译推测）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2（英文转译推测）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3（英文转译推测）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4（英文转译推测）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SetTCU5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 TCU 5（英文转译推测）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Ctc最大Spd（英文转译推测）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Ctc最小Spd（英文转译推测）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CtcMaxPress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Ctc最大Press（英文转译推测）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CtcMinPress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Ctc最小Press（英文转译推测）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decimal(9,3)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CtcLimit温度（英文转译推测）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CtcLimitTim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Ctc Limit 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Save时间（英文转译推测）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LastOper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Last Oper（英文转译推测）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2.48 表：MESToMCS_Recipe_MixStep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表名：MESToMCS_Recipe_MixStep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表含义：MES-&gt;MCS：配方密炼步骤下发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密炼步序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条件地址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设定时间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TimeLimit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时间保护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能量保护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功率保护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压力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Speed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转速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辊距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栓位置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AbnormalFeedBack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Abnormal供料Back（英文转译推测）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2.49 表：MESToMCS_Recipe_MixStep_Down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表名：MESToMCS_Recipe_MixStep_Down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表含义：MES-&gt;MCS：配方密炼步骤下传明细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字段数量：21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Cond（英文转译推测）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Tim 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温度e（英文转译推测）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TempLimit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温度Limit（英文转译推测）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EnergyLimit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能耗Limit（英文转译推测）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PowerLimit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功率Limit（英文转译推测）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Press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Press（英文转译推测）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RotorSpd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Rotor Spd（英文转译推测）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RollGap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Roll Gap（英文转译推测）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RamPos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Ram Pos（英文转译推测）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RpVersionID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Rp版本ID（英文转译推测）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Torque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Torque（英文转译推测）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2.50 表：MESToMCS_Recipe_Weight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表名：MESToMCS_Recipe_Weight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表含义：MES-&gt;MCS：配方称重物料明细下发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字段数量：26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秤类型1:炭黑 2:油料 3:胶料 4:小料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秤编号，101：炭黑秤1；102：炭黑秤2；103：炭黑秤3</w:t>
              <w:br/>
              <w:br/>
              <w:t xml:space="preserve">   201：油料秤1；202：油料秤2；203：油料秤3；301：胶料秤1；302：胶料秤2；401：小料秤1；402：小料秤2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称量步序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Action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动作；1:称量 2:称到 3:卸料，默认值0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BinNo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仓号（英文转译推测）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设定重量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Tolerance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设定误差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SFNum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导切机编号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炭黑、油料、胶料、小料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Remark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备注（英文转译推测）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RubTypeID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Rub类型ID（英文转译推测）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MixID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密炼ID（英文转译推测）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AbnormalFeedBack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('')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Abnormal供料Back（英文转译推测）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Abort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RecipVersion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Recip版本（英文转译推测）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SetDnTol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SetDn容差（英文转译推测）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2.51 表：MESToMCS_Verify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表名：MESToMCS_Verify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表含义：MES-&gt;MCS：校验/核对数据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GUID（英文转译推测）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机台类型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ScaleNum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秤编号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PlanId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计划编号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物料代码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Judge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判断结果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WriteTime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写入时间（英文转译推测）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ReadTime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读取时间（英文转译推测）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MES_Flag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MES标志（英文转译推测）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2.52 表：PptScanBarcode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表名：PptScanBarcode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表含义：条码扫描当前表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字段数量：13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((0))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QueueIndex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Queue索引（英文转译推测）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IsUsed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 Used（英文转译推测）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扫描日期时间（英文转译推测）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2.53 表：PptScanBarcodeHis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表名：PptScanBarcodeHis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表含义：条码扫描历史表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字段数量：15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ObjId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Obj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Serial 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nvarchar(80)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MaterTypeName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物料类型名称（英文转译推测）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Barch编号（英文转译推测）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UsedWeight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decimal(18,2)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Used重量（英文转译推测）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QueueIndex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Queue索引（英文转译推测）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IsUsed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Is Used（英文转译推测）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扫描日期时间（英文转译推测）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UpdateDateTime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更新日期时间（英文转译推测）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  <w:b/>
          <w:sz w:val="28"/>
        </w:rPr>
        <w:t>2.54 表：PptScanBarcodeLog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所属数据库：MESNAC_MCS_ShareDB_XL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Schema：dbo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表名：PptScanBarcodeLog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表含义：条码扫描日志表</w:t>
      </w:r>
    </w:p>
    <w:p>
      <w:pPr>
        <w:spacing w:after="80"/>
      </w:pPr>
      <w:r>
        <w:rPr>
          <w:rFonts w:ascii="宋体" w:hAnsi="宋体" w:eastAsia="宋体"/>
          <w:b w:val="0"/>
          <w:sz w:val="21"/>
        </w:rPr>
        <w:t>字段数量：12</w:t>
      </w:r>
    </w:p>
    <w:p>
      <w:pPr>
        <w:spacing w:after="80"/>
      </w:pPr>
      <w:r>
        <w:rPr>
          <w:rFonts w:ascii="宋体" w:hAnsi="宋体" w:eastAsia="宋体"/>
          <w:b/>
          <w:sz w:val="21"/>
        </w:rP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序号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字段名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数据类型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可空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主键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默认值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/>
                <w:sz w:val="18"/>
              </w:rPr>
              <w:t>字段含义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datetime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(getdate())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dt（英文转译推测）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EquipCode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char(5)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NO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是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设备编码（英文转译推测）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RecipeCode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配方编码（英文转译推测）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scanBarcode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varchar(30)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扫描条码（英文转译推测）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ScanMaterCode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char(13)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扫描物料编码（英文转译推测）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msg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varchar(200)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msg（英文转译推测）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Usercode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用户编码（英文转译推测）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shiftid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班次ID（英文转译推测）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varchar(4)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shiftclass（英文转译推测）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scanflag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varchar(1)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扫描标志（英文转译推测）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ScanLogSignal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int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扫描日志Signal（英文转译推测）</w:t>
            </w:r>
          </w:p>
        </w:tc>
      </w:tr>
      <w:tr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ScanUsedBarMsg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varchar(500)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YES</w:t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</w:r>
          </w:p>
        </w:tc>
        <w:tc>
          <w:tcPr>
            <w:tcW w:type="dxa" w:w="1392"/>
          </w:tcPr>
          <w:p>
            <w:r>
              <w:rPr>
                <w:rFonts w:ascii="宋体" w:hAnsi="宋体" w:eastAsia="宋体"/>
                <w:b w:val="0"/>
                <w:sz w:val="18"/>
              </w:rPr>
              <w:t>扫描UsedBarMsg（英文转译推测）</w:t>
            </w:r>
          </w:p>
        </w:tc>
      </w:tr>
    </w:tbl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